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 לחטיבת 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ולהסביר את עקרונות הפיזיקה של מרחק העצירה והקשר למהירות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הסחת דעת וסיכון בדרך ולהציע 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להתמודדות עם לחץ חברתי ודילמות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הידע בבניית מסר קצר למודעות (קמפיין)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יסודות הדרך: משתמשי הדרך וחציית כביש בטוחה – זכרון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משתמש דרך הוא כל מי שנמצא בדרך: הולכי רגל, נוסעים, רוכבים ונהגים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האתר מציין שרוב התאונות נגרמות מהתנהגות, ולכן אפשר למנוע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באתר – לכל אחד יש אחריות, גם לילדים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יסודות הדרך: משתמשי הדרך וחציית כביש בטוחה – השלמה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2. 459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יסודות הדרך: משתמשי הדרך וחציית כביש בטוחה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רכב יכול להגיע מהר בזמן שמביטים לצד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הפיזיקה של העצירה: מרחק תגובה ומרחק בלימה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באתר – הדרך הכוללת היא סכום שני המרחקים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תיאור מרחק הבלימה; מרחק תגובה הוא הדרך עד שהנהג לוחץ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באתר – הסחה מאריכה את זמן התגובה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הפיזיקה של העצירה: מרחק תגובה ומרחק בלימה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הפיזיקה של העצירה: מרחק תגובה ומרחק בלימה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מרחק הבלימה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מתארך משמעותית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הפיזיקה של העצירה: מרחק תגובה ומרחק בלימה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(הדרך עד שהנהג לוחץ על הבלם)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(הדרך מלחיצת הבלם ועד העצירה המלאה)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(סכום מרחק התגובה ומרחק הבלימה)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(מאריכה את זמן התגובה ואת כל הדרך הכוללת)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קשב, הסחות דעת ונראות בחושך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מצטמצם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טלפון בכיס, אוזניות מוסרות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קשב, הסחות דעת ונראות בחושך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ההפך נכון – הסחת דעת מאריכה את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בגלל שהם שקטים אי אפשר להישען רק על השמיעה בביטחון מלא, וגם חשוב שלא יהיו אוזניות שחוסמות את השמיעה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קשב, הסחות דעת ונראות בחושך – השלמה וחיבור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זוהר או מחזיר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קשב, הסחות דעת ונראות בחושך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(נראים ממרחק קצר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(מגדיל את המרחק שבו רואים אותנו)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(אור 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(אור 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(מאריכה את זמן התגובה)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לחץ חברתי, דילמות וכלים להתמודדות (עש״ן ד״ק, מעש״ה) – הכרת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הכלי - לעצור רגע לפני ההחלטה.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ש׳ = שרירים, מרפים כתפיים וידיים.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ק׳ מסמלת קדימה - רק אז מתחילים את צעדי החצייה.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בקורקינט חשמלי מותר רוכב אחד בלבד, בלי נוסעים.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לחץ חברתי, דילמות וכלים להתמודדות (עש״ן ד״ק, מעש״ה) – זיהוי 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נימוק - צריך לבדוק אם זה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קורקינט חשמלי מיועד לרוכב אחד בלבד וזה מסכן את 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מסרבים ומסבירים שזה מסוכן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ממשיכים לחצות בלי להסתכל בטלפון, ובודקים בצד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לחץ חברתי, דילמות וכלים להתמודדות (עש״ן ד״ק, מעש״ה)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(לסרב - רוכב אחד בלבד מגיל 16)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(לא להשתתף ולהסביר לחברים שזה מסכן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(להמשיך לחצות בבטחה ולבדוק רק בצד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(להישאר לידו, לדבר איתו ולהרגיע (מעש״ה))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(להציע לחצות יחד במעבר הקרוב)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לחץ חברתי, דילמות וכלים להתמודדות (עש״ן ד״ק, מעש״ה)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- עומדים על המדרכה ולא זזים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 - מרפים כתפיים וידיים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 - שאיפה ארוכה מהאף, נשיפה איטית מהפה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 - אומרים לעצמנו משפט 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 - מתחילים את צעדי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חוק ואחריות: כלים חשמליים ונסיעה ברכב – זוכרים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רוכב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בכל גיל, בכל רכיבה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כל נוסע, בכל מושב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חוק ואחריות: כלים חשמליים ונסיעה ברכב – משלימים את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הרוכב או הרוכבת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 הרגל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חוק ואחריות: כלים חשמליים ונסיעה ברכב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כי רכיבה בטוחה דורשת שיקול דעת ויכולת לזהות סכנות, שמתפתחים עם הגיל.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סירוב מנומס, חובת קסדה וגיל, ואחריות הרוכב.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שמזכירה שהכלי החשמלי מהיר ושקט ויכול לפגוע קשה, בעוד הולך רגל פחות מסכן את הרוכב.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שמזכירה שתאונה יכולה לקרות גם בנסיעה קצרה, והחגורה חובה בכל נסיעה ובכל מושב.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יוצרים קמפיין זהירות בדרכים – זיהוי מסרים ונתונים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פריט זוהר או מחזיר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מזכיר שמרחק הבלימה גדל בריבוע המהירות, לא ביחס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סירוב ברור ורגוע, בלי להשפיל את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מלאה כוללת לפחות שניים מ: גיל 16, קסדה, רוכב אחד, איסור 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מפגשים: יסודות ופיזיקה, קשב ולחץ חברתי, חוק וקמפיין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 ו-3 בלבד ולדלג על החישוב הכמותי בפרק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קבוצתי סביב דילמות מפרק 4 לפני המענה האישי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הקמפיין מתאים כמשימת סיכום קבוצתית או שיעורית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 לחטיבת 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על זהירות בדרכים. עובדים פרק אחר פרק, עונים לבד, ואחר כך בודקים. אפשר לעבוד גם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שהרכב עובר עד שהנהג לוחץ על הבלם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בלימה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שהרכב עובר מרגע לחיצת הבלם ועד עצירה 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דבר שמסיט את תשומת הלב מהדרך, כמו טלפון או מוזיקה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לעצירה ושליטה עצמית: עוצרים, שרירים, נשימה, דיבור עצמי,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לעזרה לחבר מפוחד: מחויבות, עידוד לפעילות, שאלות, הבניית רצף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כלי חשמלי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חשמליים או קורקינט חשמלי, עם כללי חוק מיוחדים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פריט מחזיר 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פריט שעוזר לנהגים לראות הולך רגל בחושך ממרחק רב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השפעת חברים על קבלת החלטה, גם כשהיא לא בטוחה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נוסע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שחוגר חגורה, לא מסיח את דעת הנהג ויוצא מהצד הבטוח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 מוסח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 רגל שתשומת לבו מוסחת על ידי טלפון או אוזניות בזמן חצייה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יסודות הדרך: משתמשי הדרך וחציית כביש בטוחה – זכרון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"משתמש דרך" הוא רק מי שנוהג ברכב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התאונות בדרכים יש גורם התנהגותי שניתן למנוע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משתמש דרך, גם ילדים, יש אחריות על הבטיחות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יסודות הדרך: משתמשי הדרך וחציית כביש בטוחה – השלמה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החצייה עוצרים לפני __________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ב־2025 נהרגו בתאונות דרכים בישראל כ־__________ בני 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יסודות הדרך: משתמשי הדרך וחציית כביש בטוחה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צעדים כוללת החצייה הבטוחה שהוצגה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מתוך ההרוגים בתאונות דרכים ב־2025, איזה חלק בערך היו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כמעט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כעשירית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להביט שוב ימינה אחרי שמאלה, ולא רק פעם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כלל שרירותי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רכב יכול להגיע מהר בזמן שמביטים לצד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צורך, זה רק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חוק רק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הפיזיקה של העצירה: מרחק תגובה ומרחק בלימה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העצירה הכולל של רכב מורכב משני חלקים: מרחק תגובה ומרחק 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תגובה הוא הדרך שהרכב עובר מרגע לחיצת הבלם ועד שהוא עוצר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הסחת דעת כמו הודעה בטלפון מאריכה את זמן התגובה ואת כל הדרך שהרכב עובר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הפיזיקה של העצירה: מרחק תגובה ומרחק בלימה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__________ הוא הדרך שהרכב עובר מרגע שהנהג לוחץ על הבלם ועד שהרכב עוצר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מרחק __________ הוא הדרך שהרכב עובר מרגע שהנהג מבחין בסכנה ועד שהוא לוחץ על הבלם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כשהמהירות גדלה פי 2, מרחק הבלימה גדל 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בכביש רטוב מרחק הבלימה __________ בהשוואה לכביש יבש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הפיזיקה של העצירה: מרחק תגובה ומרחק בלימה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גדל פי 4 כשהמהירות של הרכב גדלה פי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התגובה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הרכבים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מהירות רכב עולה מ-50 קמ״ש ל-100 קמ״ש (פי 2), מרחק הבלימה יהיה: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כפול (פי 2)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נהג שמביט בטלפון לשתי שניות בזמן נהיגה – מה קורה לזמן התגובה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משתנה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מתארך משמעותית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נעלם לחלוטין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הפיזיקה של העצירה: מרחק תגובה ומרחק בלימה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סכום מרחק התגובה ומרחק הבלימה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מאריכה את זמן התגובה ואת כל הדרך הכוללת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מרחק עצירה כולל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הדרך עד שהנהג לוחץ על הבלם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הסחת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הדרך מלחיצת הבלם ועד העצירה המלאה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קשב, הסחות דעת ונראות בחושך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כשמסתכלים בטלפון בזמן הליכה?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מצטמצם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לפני חצייה, מה נכון לעשות עם הטלפון והאוזניות?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טלפון בכיס, אוזניות מוסרות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טלפון ביד, אוזניות באוזניים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ממשיכים לדבר בטלפון תוך כדי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מצלמים את החצייה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קשב, הסחות דעת ונראות בחושך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כשמסתכלים בטלפון, זמן התגובה שלנו מתקצר.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חשמליים וקורקינטים חשמליים כמעט שקטים, ולכן חשוב לשמוע אותם מגיעים.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קשב, הסחות דעת ונראות בחושך – השלמה וחיבור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בחושך, פריט __________ מגדיל מאוד את המרחק שבו נהגים רואים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מרחק התגובה גדל ביחס ישר ל__________ ולזמן התגובה.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קשב, הסחות דעת ונראות בחושך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בגדים כהים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מאריכה את זמן התגובה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פריט זוהר או מחזיר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 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פנס קדמי ברכיבה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נראים ממרחק קצר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פנס אחורי ברכיבה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מגדיל את המרחק שבו רואים אותנו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הסחת דעת כמו הודעה או מוזיקה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 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לחץ חברתי, דילמות וכלים להתמודדות (עש״ן ד״ק, מעש״ה) – הכרת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הוא כלי שעוזר לעצור רגע ולבחור, במקום להיגרר ללחץ.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ש׳ בעש״ן ד״ק מסמלת הרפיית שרירים - כתפיים וידיים.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ק׳ בעש״ן ד״ק מסמלת קשב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לקחת נוסע נוסף על קורקינט חשמלי אם זה 'רק עד הקניון'.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לחץ חברתי, דילמות וכלים להתמודדות (עש״ן ד״ק, מעש״ה) – זיהוי 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'כולם עושים את זה' הוא נימוק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מצוין לכל 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נימוק - צריך לבדוק אם זה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שחייבים לשמור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המלצה של מומחים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מסוכן לעלות כנוסע נוסף על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קורקינט חשמלי מיועד לרוכב אחד בלבד וזה מסכן את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קורקינטים אסורים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לרכוב בכלל אחרי 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צריך תמיד ללכת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כשמציעים אתגר מסוכן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משתתפים כדי לא להיראות פחדנים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מסרבים ומסבירים שזה מסוכן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מצלמים בלי לחצות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ולא עונים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כשהטלפון מצלצל באמצע החצייה?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באמצע הכביש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לחצות בלי להסתכל בטלפון, ובודקים בצד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מהר כדי לסיים ולבדוק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בטלפון תוך כדי הליכה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לחץ חברתי, דילמות וכלים להתמודדות (עש״ן ד״ק, מעש״ה)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טרמפ על קורקינט חשמלי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להציע לחצות יחד במעבר הקרוב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אתגר צילום חצייה ברגע האחרון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להישאר לידו, לדבר איתו ולהרגיע (מעש״ה)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הודעה חשובה באמצע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לסרב - רוכב אחד בלבד מגיל 16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נבהל אחרי כמעט-תאונה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להמשיך לחצות בבטחה ולבדוק רק בצד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לחץ חברתי לחצות שלא במעבר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להשתתף ולהסביר לחברים שזה מסכן 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לחץ חברתי, דילמות וכלים להתמודדות (עש״ן ד״ק, מעש״ה)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- שאיפה ארוכה מהאף, נשיפה איטית מהפה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 - מתחילים את צעדי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שרירים - מרפים כתפיים וידיים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- עומדים על המדרכה ולא זזים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- אומרים לעצמנו משפט מרגיע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חוק ואחריות: כלים חשמליים ונסיעה ברכב – זוכרים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גיל מותר לרכוב על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אנשים מותר שיעלו על קורקינט חשמלי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רוכב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שלושה אם הם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צריך קסדה בקורקינט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מתחת לגיל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גיל, בכל רכיבה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בכביש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אסור לרכוב עם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בשביל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צריך לחגור חגורה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נוסעים במושב הקדמי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נוסע, בכל 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בנסיעות ארוכות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חוק ואחריות: כלים חשמליים ונסיעה ברכב – משלימים את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רכיבה על קורקינט חשמלי עם אוזניות או עם טלפון ביד היא __________ לפי החוק.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רכיבה מסוכנת פוגעת בהולך רגל, האחריות העיקרית היא של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גם בנסיעה של כמה דקות בלבד, כל נוסע ברכב חייב לחגור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רוכב קורקינט חשמלי שעולה על המדרכה מסכן גם את __________ שהולכים שם.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חוק ואחריות: כלים חשמליים ונסיעה ברכב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למה נקבע גיל מינימלי של 16 לרכיבה על קורקינט חשמלי.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 מבוגר מכם מציע לכם טרמפ על קורקינט חשמלי שלו, בלי קסדה. מה תגידו לו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האחריות של רוכב קורקינט חשמלי כלפי הולכי רגל גדולה יותר מהאחריות של הולך רגל כלפי הרוכב.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נוסע ברכב אומר: "זו נסיעה של שתי דקות, לא צריך לחגור". כתבו תשובה שתשכנע אותו שהוא טועה.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יוצרים קמפיין זהירות בדרכים – זיהוי מסרים ונתונים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כשנוסעים מהר פי 2, מרחק הבלימה גדל...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מאיזה גיל מותר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לראות אותנו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פריט זוהר או מחזיר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הליכה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למה פי 2 מהירות גורם לפי 4 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לתת דוגמה למצב לחץ חברתי בדרך ולהציע תגובה 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לפרט שני כללי חוק לרכיבה על קורקינט חשמלי?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שומרי הדרך: זהירות בדרכים לחטיבת 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